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0"/>
        <w:jc w:val="center"/>
      </w:pPr>
      <w:r>
        <w:rPr>
          <w:b/>
          <w:color w:val="059669"/>
          <w:sz w:val="32"/>
        </w:rPr>
        <w:t>INFORME DE TRABAJO</w:t>
      </w:r>
    </w:p>
    <w:p>
      <w:pPr>
        <w:spacing w:after="120"/>
      </w:pPr>
      <w:r>
        <w:rPr>
          <w:rFonts w:ascii="Calibri" w:hAnsi="Calibri"/>
          <w:b w:val="0"/>
          <w:sz w:val="20"/>
        </w:rPr>
        <w:t>Fecha: [Fecha]</w:t>
        <w:br/>
        <w:t>Autor: [Tu Nombre]</w:t>
        <w:br/>
        <w:t>Departamento: [Departamento]</w:t>
      </w:r>
    </w:p>
    <w:p>
      <w:pPr>
        <w:pStyle w:val="Heading2"/>
      </w:pPr>
      <w:r>
        <w:rPr>
          <w:color w:val="059669"/>
          <w:sz w:val="24"/>
        </w:rPr>
        <w:t>1. Resumen Ejecutivo</w:t>
      </w:r>
    </w:p>
    <w:p>
      <w:pPr>
        <w:spacing w:after="120"/>
      </w:pPr>
      <w:r>
        <w:rPr>
          <w:rFonts w:ascii="Calibri" w:hAnsi="Calibri"/>
          <w:b w:val="0"/>
          <w:sz w:val="22"/>
        </w:rPr>
        <w:t>[Resumen de 2-3 lineas con los puntos clave del informe.]</w:t>
      </w:r>
    </w:p>
    <w:p>
      <w:pPr>
        <w:pStyle w:val="Heading2"/>
      </w:pPr>
      <w:r>
        <w:rPr>
          <w:color w:val="059669"/>
          <w:sz w:val="24"/>
        </w:rPr>
        <w:t>2. Introduccion</w:t>
      </w:r>
    </w:p>
    <w:p>
      <w:pPr>
        <w:spacing w:after="120"/>
      </w:pPr>
      <w:r>
        <w:rPr>
          <w:rFonts w:ascii="Calibri" w:hAnsi="Calibri"/>
          <w:b w:val="0"/>
          <w:sz w:val="22"/>
        </w:rPr>
        <w:t>[Contexto y motivo del informe. Que se busca analizar o reportar.]</w:t>
      </w:r>
    </w:p>
    <w:p>
      <w:pPr>
        <w:pStyle w:val="Heading2"/>
      </w:pPr>
      <w:r>
        <w:rPr>
          <w:color w:val="059669"/>
          <w:sz w:val="24"/>
        </w:rPr>
        <w:t>3. Desarrollo</w:t>
      </w:r>
    </w:p>
    <w:p>
      <w:pPr>
        <w:spacing w:after="120"/>
      </w:pPr>
      <w:r>
        <w:rPr>
          <w:rFonts w:ascii="Calibri" w:hAnsi="Calibri"/>
          <w:b w:val="0"/>
          <w:sz w:val="22"/>
        </w:rPr>
        <w:t>[Contenido principal del informe. Datos, analisis, hallazgos.]</w:t>
      </w:r>
    </w:p>
    <w:p>
      <w:pPr>
        <w:pStyle w:val="Heading2"/>
      </w:pPr>
      <w:r>
        <w:rPr>
          <w:color w:val="059669"/>
          <w:sz w:val="24"/>
        </w:rPr>
        <w:t>4. Conclusiones</w:t>
      </w:r>
    </w:p>
    <w:p>
      <w:pPr>
        <w:spacing w:after="120"/>
      </w:pPr>
      <w:r>
        <w:rPr>
          <w:rFonts w:ascii="Calibri" w:hAnsi="Calibri"/>
          <w:b w:val="0"/>
          <w:sz w:val="22"/>
        </w:rPr>
        <w:t>[Principales conclusiones derivadas del analisis.]</w:t>
      </w:r>
    </w:p>
    <w:p>
      <w:pPr>
        <w:pStyle w:val="Heading2"/>
      </w:pPr>
      <w:r>
        <w:rPr>
          <w:color w:val="059669"/>
          <w:sz w:val="24"/>
        </w:rPr>
        <w:t>5. Recomendaciones</w:t>
      </w:r>
    </w:p>
    <w:p>
      <w:pPr>
        <w:spacing w:after="120"/>
      </w:pPr>
      <w:r>
        <w:rPr>
          <w:rFonts w:ascii="Calibri" w:hAnsi="Calibri"/>
          <w:b w:val="0"/>
          <w:sz w:val="22"/>
        </w:rPr>
        <w:t>[Acciones sugeridas basadas en las conclusiones.]</w:t>
      </w:r>
    </w:p>
    <w:sectPr w:rsidR="00FC693F" w:rsidRPr="0006063C" w:rsidSect="00034616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