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0"/>
        <w:jc w:val="center"/>
      </w:pPr>
      <w:r>
        <w:rPr>
          <w:b/>
          <w:color w:val="1E3A8A"/>
          <w:sz w:val="32"/>
        </w:rPr>
        <w:t>CONTRATO LABORAL</w:t>
      </w:r>
    </w:p>
    <w:p>
      <w:pPr>
        <w:spacing w:after="120"/>
        <w:jc w:val="center"/>
      </w:pPr>
      <w:r>
        <w:rPr>
          <w:rFonts w:ascii="Calibri" w:hAnsi="Calibri"/>
          <w:b/>
          <w:color w:val="1E3A8A"/>
          <w:sz w:val="28"/>
        </w:rPr>
        <w:t>CONTRATO DE CONTRATOS</w:t>
      </w:r>
    </w:p>
    <w:p>
      <w:pPr>
        <w:spacing w:after="120"/>
      </w:pPr>
      <w:r>
        <w:rPr>
          <w:rFonts w:ascii="Calibri" w:hAnsi="Calibri"/>
          <w:b w:val="0"/>
          <w:sz w:val="22"/>
        </w:rPr>
        <w:t>En [Ciudad], a [Fecha], se reunen:</w:t>
      </w:r>
    </w:p>
    <w:p>
      <w:pPr>
        <w:spacing w:after="120"/>
      </w:pPr>
      <w:r>
        <w:rPr>
          <w:rFonts w:ascii="Calibri" w:hAnsi="Calibri"/>
          <w:b w:val="0"/>
          <w:sz w:val="22"/>
        </w:rPr>
        <w:t>PARTE CONTRATANTE: [Nombre/Empresa], con domicilio en [Direccion], representada por [Nombre del representante].</w:t>
      </w:r>
    </w:p>
    <w:p>
      <w:pPr>
        <w:spacing w:after="120"/>
      </w:pPr>
      <w:r>
        <w:rPr>
          <w:rFonts w:ascii="Calibri" w:hAnsi="Calibri"/>
          <w:b w:val="0"/>
          <w:sz w:val="22"/>
        </w:rPr>
        <w:t>PARTE CONTRATADA: [Nombre/Empresa], con domicilio en [Direccion], representada por [Nombre del representante].</w:t>
      </w:r>
    </w:p>
    <w:p>
      <w:pPr>
        <w:pStyle w:val="Heading3"/>
      </w:pPr>
      <w:r>
        <w:rPr>
          <w:color w:val="1E3A8A"/>
          <w:sz w:val="22"/>
        </w:rPr>
        <w:t>CLAUSULA PRIMERA — OBJETO</w:t>
      </w:r>
    </w:p>
    <w:p>
      <w:pPr>
        <w:spacing w:after="120"/>
      </w:pPr>
      <w:r>
        <w:rPr>
          <w:rFonts w:ascii="Calibri" w:hAnsi="Calibri"/>
          <w:b w:val="0"/>
          <w:sz w:val="22"/>
        </w:rPr>
        <w:t>[Descripcion del objeto del contrato: que servicio, bien o relacion laboral se establece.]</w:t>
      </w:r>
    </w:p>
    <w:p>
      <w:pPr>
        <w:pStyle w:val="Heading3"/>
      </w:pPr>
      <w:r>
        <w:rPr>
          <w:color w:val="1E3A8A"/>
          <w:sz w:val="22"/>
        </w:rPr>
        <w:t>CLAUSULA SEGUNDA — PLAZO</w:t>
      </w:r>
    </w:p>
    <w:p>
      <w:pPr>
        <w:spacing w:after="120"/>
      </w:pPr>
      <w:r>
        <w:rPr>
          <w:rFonts w:ascii="Calibri" w:hAnsi="Calibri"/>
          <w:b w:val="0"/>
          <w:sz w:val="22"/>
        </w:rPr>
        <w:t>El presente contrato tendra una vigencia de [plazo] a partir de la fecha de firma, pudiendo ser renovado por acuerdo de ambas partes.</w:t>
      </w:r>
    </w:p>
    <w:p>
      <w:pPr>
        <w:pStyle w:val="Heading3"/>
      </w:pPr>
      <w:r>
        <w:rPr>
          <w:color w:val="1E3A8A"/>
          <w:sz w:val="22"/>
        </w:rPr>
        <w:t>CLAUSULA TERCERA — PRECIO</w:t>
      </w:r>
    </w:p>
    <w:p>
      <w:pPr>
        <w:spacing w:after="120"/>
      </w:pPr>
      <w:r>
        <w:rPr>
          <w:rFonts w:ascii="Calibri" w:hAnsi="Calibri"/>
          <w:b w:val="0"/>
          <w:sz w:val="22"/>
        </w:rPr>
        <w:t>El precio convenido es de [monto] pagaderos [forma de pago].</w:t>
      </w:r>
    </w:p>
    <w:p>
      <w:pPr>
        <w:pStyle w:val="Heading3"/>
      </w:pPr>
      <w:r>
        <w:rPr>
          <w:color w:val="1E3A8A"/>
          <w:sz w:val="22"/>
        </w:rPr>
        <w:t>CLAUSULA CUARTA — OBLIGACIONES</w:t>
      </w:r>
    </w:p>
    <w:p>
      <w:pPr>
        <w:spacing w:after="120"/>
      </w:pPr>
      <w:r>
        <w:rPr>
          <w:rFonts w:ascii="Calibri" w:hAnsi="Calibri"/>
          <w:b w:val="0"/>
          <w:sz w:val="22"/>
        </w:rPr>
        <w:t>[Lista de obligaciones de cada parte.]</w:t>
      </w:r>
    </w:p>
    <w:p>
      <w:pPr>
        <w:spacing w:after="120"/>
      </w:pPr>
      <w:r>
        <w:rPr>
          <w:rFonts w:ascii="Calibri" w:hAnsi="Calibri"/>
          <w:b w:val="0"/>
          <w:sz w:val="22"/>
        </w:rPr>
        <w:br/>
        <w:t>En prueba de conformidad, se firman dos ejemplares del mismo tenor.</w:t>
      </w:r>
    </w:p>
    <w:p>
      <w:pPr>
        <w:spacing w:after="120"/>
      </w:pPr>
      <w:r>
        <w:rPr>
          <w:rFonts w:ascii="Calibri" w:hAnsi="Calibri"/>
          <w:b w:val="0"/>
          <w:sz w:val="22"/>
        </w:rPr>
        <w:br/>
        <w:br/>
        <w:t>Firma: ________________         Firma: ________________</w:t>
        <w:br/>
        <w:t>[Nombre Parte 1]                     [Nombre Parte 2]</w:t>
      </w:r>
    </w:p>
    <w:sectPr w:rsidR="00FC693F" w:rsidRPr="0006063C" w:rsidSect="00034616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