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F97316"/>
          <w:sz w:val="32"/>
        </w:rPr>
        <w:t>CERTIFICADO DE EMPLEO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abajo firmante certifica que:</w:t>
      </w:r>
    </w:p>
    <w:p>
      <w:pPr>
        <w:spacing w:after="120"/>
      </w:pPr>
      <w:r>
        <w:rPr>
          <w:rFonts w:ascii="Calibri" w:hAnsi="Calibri"/>
          <w:b/>
          <w:sz w:val="22"/>
        </w:rPr>
        <w:t>[Nombre Completo] con DNI [Numero]</w:t>
      </w:r>
    </w:p>
    <w:p>
      <w:pPr>
        <w:spacing w:after="120"/>
      </w:pPr>
      <w:r>
        <w:rPr>
          <w:rFonts w:ascii="Calibri" w:hAnsi="Calibri"/>
          <w:b w:val="0"/>
          <w:sz w:val="22"/>
        </w:rPr>
        <w:t>[Texto del certificado o recibo con datos relevantes.]</w:t>
      </w:r>
    </w:p>
    <w:p>
      <w:pPr>
        <w:spacing w:after="120"/>
      </w:pPr>
      <w:r>
        <w:rPr>
          <w:rFonts w:ascii="Calibri" w:hAnsi="Calibri"/>
          <w:b w:val="0"/>
          <w:sz w:val="22"/>
        </w:rPr>
        <w:t>Se extiende la presente a solicitud del interesado para los fines que considere pertinente.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t>Emitido en [Ciudad], el [Fecha].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br/>
        <w:t>Firma: ________________</w:t>
        <w:br/>
        <w:t>[Nombre del Firmante]</w:t>
        <w:br/>
        <w:t>[Cargo]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