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16A34A"/>
          <w:sz w:val="32"/>
        </w:rPr>
        <w:t>CARTA DE RECOMENDACION</w:t>
      </w:r>
    </w:p>
    <w:p>
      <w:pPr>
        <w:spacing w:after="120"/>
      </w:pPr>
      <w:r>
        <w:rPr>
          <w:rFonts w:ascii="Calibri" w:hAnsi="Calibri"/>
          <w:b w:val="0"/>
          <w:sz w:val="22"/>
        </w:rPr>
        <w:t>[Ciudad],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t>[Nombre del Destinatario]</w:t>
        <w:br/>
        <w:t>[Cargo]</w:t>
        <w:br/>
        <w:t>[Empresa]</w:t>
        <w:br/>
        <w:t>[Direccion]</w:t>
      </w:r>
    </w:p>
    <w:p>
      <w:pPr>
        <w:spacing w:after="120"/>
      </w:pPr>
      <w:r>
        <w:rPr>
          <w:rFonts w:ascii="Calibri" w:hAnsi="Calibri"/>
          <w:b/>
          <w:color w:val="16A34A"/>
          <w:sz w:val="22"/>
        </w:rPr>
        <w:t>Ref: Carta de Recomendacion</w:t>
      </w:r>
    </w:p>
    <w:p>
      <w:pPr>
        <w:spacing w:after="120"/>
      </w:pPr>
      <w:r>
        <w:rPr>
          <w:rFonts w:ascii="Calibri" w:hAnsi="Calibri"/>
          <w:b w:val="0"/>
          <w:sz w:val="22"/>
        </w:rPr>
        <w:t>Estimado/a [Nombre del Destinatario]:</w:t>
      </w:r>
    </w:p>
    <w:p>
      <w:pPr>
        <w:spacing w:after="120"/>
      </w:pPr>
      <w:r>
        <w:rPr>
          <w:rFonts w:ascii="Calibri" w:hAnsi="Calibri"/>
          <w:b w:val="0"/>
          <w:sz w:val="22"/>
        </w:rPr>
        <w:t>[Primer parrafo: Introduccion y motivo de la carta. Explica brevemente el proposito de tu comunicacion.]</w:t>
      </w:r>
    </w:p>
    <w:p>
      <w:pPr>
        <w:spacing w:after="120"/>
      </w:pPr>
      <w:r>
        <w:rPr>
          <w:rFonts w:ascii="Calibri" w:hAnsi="Calibri"/>
          <w:b w:val="0"/>
          <w:sz w:val="22"/>
        </w:rPr>
        <w:t>[Segundo parrafo: Desarrollo del contenido principal. Detalla la informacion relevante, argumentos o propuestas.]</w:t>
      </w:r>
    </w:p>
    <w:p>
      <w:pPr>
        <w:spacing w:after="120"/>
      </w:pPr>
      <w:r>
        <w:rPr>
          <w:rFonts w:ascii="Calibri" w:hAnsi="Calibri"/>
          <w:b w:val="0"/>
          <w:sz w:val="22"/>
        </w:rPr>
        <w:t>[Tercer parrafo: Conclusion y llamada a la accion. Indica los proximos pasos o lo que esperas del destinatario.]</w:t>
      </w:r>
    </w:p>
    <w:p>
      <w:pPr>
        <w:spacing w:after="120"/>
      </w:pPr>
      <w:r>
        <w:rPr>
          <w:rFonts w:ascii="Calibri" w:hAnsi="Calibri"/>
          <w:b w:val="0"/>
          <w:sz w:val="22"/>
        </w:rPr>
        <w:t>Sin otro particular, saluda atentamente.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[Tu Nombre Completo]</w:t>
        <w:br/>
        <w:t>[Tu Cargo]</w:t>
        <w:br/>
        <w:t>[Tu Empresa]</w:t>
        <w:br/>
        <w:t>[Tu Telefono]</w:t>
        <w:br/>
        <w:t>[Tu Email]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