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0"/>
        <w:jc w:val="center"/>
      </w:pPr>
      <w:r>
        <w:rPr>
          <w:b/>
          <w:color w:val="64748B"/>
          <w:sz w:val="32"/>
        </w:rPr>
        <w:t>ACTA DE ASAMBLEA</w:t>
      </w:r>
    </w:p>
    <w:p>
      <w:pPr>
        <w:spacing w:after="120"/>
      </w:pPr>
      <w:r>
        <w:rPr>
          <w:rFonts w:ascii="Calibri" w:hAnsi="Calibri"/>
          <w:b w:val="0"/>
          <w:sz w:val="22"/>
        </w:rPr>
        <w:t>Fecha: [Fecha]    Hora: [Hora]    Lugar: [Lugar]</w:t>
      </w:r>
    </w:p>
    <w:p>
      <w:pPr>
        <w:spacing w:after="120"/>
      </w:pPr>
      <w:r>
        <w:rPr>
          <w:rFonts w:ascii="Calibri" w:hAnsi="Calibri"/>
          <w:b w:val="0"/>
          <w:sz w:val="22"/>
        </w:rPr>
        <w:t>Participantes: [Lista de asistentes o destinatarios]</w:t>
      </w:r>
    </w:p>
    <w:p>
      <w:pPr>
        <w:pStyle w:val="Heading2"/>
      </w:pPr>
      <w:r>
        <w:rPr>
          <w:color w:val="64748B"/>
          <w:sz w:val="24"/>
        </w:rPr>
        <w:t>Temas Tratados</w:t>
      </w:r>
    </w:p>
    <w:p>
      <w:pPr>
        <w:spacing w:after="120"/>
      </w:pPr>
      <w:r>
        <w:rPr>
          <w:rFonts w:ascii="Calibri" w:hAnsi="Calibri"/>
          <w:b w:val="0"/>
          <w:sz w:val="22"/>
        </w:rPr>
        <w:t>1. [Primer tema]: [Descripcion breve de lo tratado]</w:t>
      </w:r>
    </w:p>
    <w:p>
      <w:pPr>
        <w:spacing w:after="120"/>
      </w:pPr>
      <w:r>
        <w:rPr>
          <w:rFonts w:ascii="Calibri" w:hAnsi="Calibri"/>
          <w:b w:val="0"/>
          <w:sz w:val="22"/>
        </w:rPr>
        <w:t>2. [Segundo tema]: [Descripcion breve de lo tratado]</w:t>
      </w:r>
    </w:p>
    <w:p>
      <w:pPr>
        <w:spacing w:after="120"/>
      </w:pPr>
      <w:r>
        <w:rPr>
          <w:rFonts w:ascii="Calibri" w:hAnsi="Calibri"/>
          <w:b w:val="0"/>
          <w:sz w:val="22"/>
        </w:rPr>
        <w:t>3. [Tercer tema]: [Descripcion breve de lo tratado]</w:t>
      </w:r>
    </w:p>
    <w:p>
      <w:pPr>
        <w:pStyle w:val="Heading2"/>
      </w:pPr>
      <w:r>
        <w:rPr>
          <w:color w:val="64748B"/>
          <w:sz w:val="24"/>
        </w:rPr>
        <w:t>Acuerdos</w:t>
      </w:r>
    </w:p>
    <w:p>
      <w:pPr>
        <w:spacing w:after="120"/>
      </w:pPr>
      <w:r>
        <w:rPr>
          <w:rFonts w:ascii="Calibri" w:hAnsi="Calibri"/>
          <w:b w:val="0"/>
          <w:sz w:val="22"/>
        </w:rPr>
        <w:t>• [Acuerdo 1]</w:t>
        <w:br/>
        <w:t>• [Acuerdo 2]</w:t>
        <w:br/>
        <w:t>• [Acuerdo 3]</w:t>
      </w:r>
    </w:p>
    <w:p>
      <w:pPr>
        <w:pStyle w:val="Heading2"/>
      </w:pPr>
      <w:r>
        <w:rPr>
          <w:color w:val="64748B"/>
          <w:sz w:val="24"/>
        </w:rPr>
        <w:t>Proximos Pasos</w:t>
      </w:r>
    </w:p>
    <w:p>
      <w:pPr>
        <w:spacing w:after="120"/>
      </w:pPr>
      <w:r>
        <w:rPr>
          <w:rFonts w:ascii="Calibri" w:hAnsi="Calibri"/>
          <w:b w:val="0"/>
          <w:sz w:val="22"/>
        </w:rPr>
        <w:t>• [Accion 1] — Responsable: [Nombre] — Plazo: [Fecha]</w:t>
      </w:r>
    </w:p>
    <w:p>
      <w:pPr>
        <w:spacing w:after="120"/>
      </w:pPr>
      <w:r>
        <w:rPr>
          <w:rFonts w:ascii="Calibri" w:hAnsi="Calibri"/>
          <w:b w:val="0"/>
          <w:sz w:val="22"/>
        </w:rPr>
        <w:t>• [Accion 2] — Responsable: [Nombre] — Plazo: [Fecha]</w:t>
      </w:r>
    </w:p>
    <w:p>
      <w:pPr>
        <w:spacing w:after="120"/>
      </w:pPr>
      <w:r>
        <w:rPr>
          <w:rFonts w:ascii="Calibri" w:hAnsi="Calibri"/>
          <w:b w:val="0"/>
          <w:sz w:val="22"/>
        </w:rPr>
        <w:br/>
        <w:br/>
        <w:t>Firma: ________________</w:t>
      </w:r>
    </w:p>
    <w:sectPr w:rsidR="00FC693F" w:rsidRPr="0006063C" w:rsidSect="0003461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