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6A34A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16A34A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16A34A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16A34A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16A34A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16A34A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16A34A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