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4F46E5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4F46E5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4F46E5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moderno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4F46E5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4F46E5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4F46E5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4F46E5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