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4748B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64748B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64748B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minimalista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64748B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64748B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64748B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64748B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