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8B5CF6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8B5CF6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8B5CF6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creativo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8B5CF6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8B5CF6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8B5CF6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8B5CF6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