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EA5E9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0EA5E9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0EA5E9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moderno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0EA5E9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0EA5E9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0EA5E9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0EA5E9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