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97316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F97316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F97316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creativo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F97316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F97316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F97316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F97316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