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1" w:lastColumn="0" w:lastRow="0" w:noHBand="0" w:noVBand="1" w:val="04A0"/>
        <w:tblW w:w="5000" w:type="pct"/>
      </w:tblPr>
      <w:tblGrid>
        <w:gridCol w:w="14570"/>
      </w:tblGrid>
      <w:tr>
        <w:tc>
          <w:tcPr>
            <w:tcW w:type="dxa" w:w="14570"/>
            <w:tcMar>
              <w:top w:w="400" w:type="dxa"/>
              <w:left w:w="400" w:type="dxa"/>
              <w:bottom w:w="400" w:type="dxa"/>
              <w:right w:w="400" w:type="dxa"/>
            </w:tcMar>
            <w:tcBorders>
              <w:top w:val="single" w:sz="24" w:space="0" w:color="0d9488"/>
              <w:bottom w:val="single" w:sz="24" w:space="0" w:color="0d9488"/>
              <w:left w:val="single" w:sz="24" w:space="0" w:color="0d9488"/>
              <w:right w:val="single" w:sz="24" w:space="0" w:color="0d9488"/>
            </w:tcBorders>
          </w:tcPr>
          <w:p>
            <w:pPr>
              <w:spacing w:before="0" w:after="120"/>
              <w:jc w:val="center"/>
            </w:pPr>
            <w:r/>
            <w:r>
              <w:rPr>
                <w:rFonts w:ascii="Georgia" w:hAnsi="Georgia"/>
                <w:b w:val="0"/>
                <w:color w:val="0D9488"/>
                <w:sz w:val="22"/>
              </w:rPr>
              <w:t>[NOMBRE DE LA INSTITUCION / ORGANIZACION]</w:t>
            </w:r>
          </w:p>
          <w:p>
            <w:pPr>
              <w:spacing w:before="0" w:after="80"/>
              <w:jc w:val="center"/>
              <w:pBdr>
                <w:bottom w:val="single" w:sz="8" w:space="1" w:color="2dd4bf"/>
              </w:pBdr>
            </w:pPr>
          </w:p>
          <w:p>
            <w:pPr>
              <w:spacing w:before="80" w:after="80"/>
              <w:jc w:val="center"/>
            </w:pPr>
            <w:r>
              <w:rPr>
                <w:sz w:val="12"/>
              </w:rPr>
            </w:r>
          </w:p>
          <w:p>
            <w:pPr>
              <w:spacing w:before="120" w:after="40"/>
              <w:jc w:val="center"/>
            </w:pPr>
            <w:r>
              <w:rPr>
                <w:rFonts w:ascii="Georgia" w:hAnsi="Georgia"/>
                <w:b/>
                <w:color w:val="0D9488"/>
                <w:sz w:val="52"/>
              </w:rPr>
              <w:t>CERTIFICADO DE VOLUNTARIADO</w:t>
            </w:r>
          </w:p>
          <w:p>
            <w:pPr>
              <w:spacing w:before="40" w:after="160"/>
              <w:jc w:val="center"/>
            </w:pPr>
            <w:r>
              <w:rPr>
                <w:rFonts w:ascii="Georgia" w:hAnsi="Georgia"/>
                <w:color w:val="2DD4BF"/>
                <w:sz w:val="20"/>
              </w:rPr>
              <w:t>- - - - - - - - - - - - - - - - - - - - - - - - - - - -</w:t>
            </w:r>
          </w:p>
          <w:p>
            <w:pPr>
              <w:spacing w:before="80" w:after="120"/>
              <w:jc w:val="center"/>
            </w:pPr>
            <w:r>
              <w:rPr>
                <w:rFonts w:ascii="Georgia" w:hAnsi="Georgia"/>
                <w:color w:val="333333"/>
                <w:sz w:val="24"/>
              </w:rPr>
              <w:t>Se certifica que [NOMBRE COMPLETO] ha participado como voluntario/a en el proyecto "[NOMBRE DEL PROYECTO]", contribuyendo activamente durante el periodo comprendido entre el [FECHA INICIO] y el [FECHA FIN].</w:t>
            </w:r>
          </w:p>
          <w:p>
            <w:pPr>
              <w:spacing w:before="40" w:after="200"/>
              <w:jc w:val="center"/>
            </w:pPr>
            <w:r>
              <w:rPr>
                <w:rFonts w:ascii="Georgia" w:hAnsi="Georgia"/>
                <w:i/>
                <w:color w:val="555555"/>
                <w:sz w:val="22"/>
              </w:rPr>
              <w:t>Su compromiso y solidaridad han sido una contribucion invaluable para nuestra comunidad.</w:t>
            </w:r>
          </w:p>
          <w:p>
            <w:pPr>
              <w:spacing w:before="80" w:after="160"/>
              <w:jc w:val="center"/>
              <w:pBdr>
                <w:top w:val="single" w:sz="8" w:space="1" w:color="2dd4bf"/>
              </w:pBdr>
            </w:pPr>
          </w:p>
          <w:p>
            <w:pPr>
              <w:spacing w:before="80" w:after="40"/>
              <w:jc w:val="center"/>
            </w:pPr>
            <w:r>
              <w:rPr>
                <w:rFonts w:ascii="Georgia" w:hAnsi="Georgia"/>
                <w:color w:val="555555"/>
                <w:sz w:val="20"/>
              </w:rPr>
              <w:t>Lugar y fecha: [CIUDAD], [DIA] de [MES] de [ANIO]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285"/>
              <w:gridCol w:w="7285"/>
            </w:tblGrid>
            <w:tr>
              <w:tc>
                <w:tcPr>
                  <w:tcW w:type="dxa" w:w="6803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</w:tcPr>
                <w:p>
                  <w:pPr>
                    <w:spacing w:before="200" w:after="40"/>
                    <w:jc w:val="center"/>
                  </w:pPr>
                  <w:r/>
                  <w:r>
                    <w:rPr>
                      <w:rFonts w:ascii="Georgia" w:hAnsi="Georgia"/>
                      <w:color w:val="0D9488"/>
                      <w:sz w:val="20"/>
                    </w:rPr>
                    <w:t>_________________________</w:t>
                  </w:r>
                </w:p>
              </w:tc>
              <w:tc>
                <w:tcPr>
                  <w:tcW w:type="dxa" w:w="6803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</w:tcPr>
                <w:p>
                  <w:pPr>
                    <w:spacing w:before="200" w:after="40"/>
                    <w:jc w:val="center"/>
                  </w:pPr>
                  <w:r/>
                  <w:r>
                    <w:rPr>
                      <w:rFonts w:ascii="Georgia" w:hAnsi="Georgia"/>
                      <w:color w:val="0D9488"/>
                      <w:sz w:val="20"/>
                    </w:rPr>
                    <w:t>_________________________</w:t>
                  </w:r>
                </w:p>
              </w:tc>
            </w:tr>
            <w:tr>
              <w:tc>
                <w:tcPr>
                  <w:tcW w:type="dxa" w:w="6803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Georgia" w:hAnsi="Georgia"/>
                      <w:b/>
                      <w:color w:val="555555"/>
                      <w:sz w:val="18"/>
                    </w:rPr>
                    <w:t>[DIRECTOR / RESPONSABLE]</w:t>
                  </w:r>
                </w:p>
              </w:tc>
              <w:tc>
                <w:tcPr>
                  <w:tcW w:type="dxa" w:w="6803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Georgia" w:hAnsi="Georgia"/>
                      <w:b/>
                      <w:color w:val="555555"/>
                      <w:sz w:val="18"/>
                    </w:rPr>
                    <w:t>[PARTICIPANTE]</w:t>
                  </w:r>
                </w:p>
              </w:tc>
            </w:tr>
          </w:tbl>
          <w:p/>
        </w:tc>
      </w:tr>
    </w:tbl>
    <w:sectPr w:rsidR="00FC693F" w:rsidRPr="0006063C" w:rsidSect="00034616">
      <w:pgSz w:w="16838" w:h="11906" w:orient="landscape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