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jc w:val="center"/>
        <w:tblLook w:firstColumn="1" w:firstRow="1" w:lastColumn="0" w:lastRow="0" w:noHBand="0" w:noVBand="1" w:val="04A0"/>
        <w:tblW w:w="5000" w:type="pct"/>
      </w:tblPr>
      <w:tblGrid>
        <w:gridCol w:w="14570"/>
      </w:tblGrid>
      <w:tr>
        <w:tc>
          <w:tcPr>
            <w:tcW w:type="dxa" w:w="14570"/>
            <w:tcMar>
              <w:top w:w="400" w:type="dxa"/>
              <w:left w:w="400" w:type="dxa"/>
              <w:bottom w:w="400" w:type="dxa"/>
              <w:right w:w="400" w:type="dxa"/>
            </w:tcMar>
            <w:tcBorders>
              <w:top w:val="single" w:sz="24" w:space="0" w:color="1e3a5f"/>
              <w:bottom w:val="single" w:sz="24" w:space="0" w:color="1e3a5f"/>
              <w:left w:val="single" w:sz="24" w:space="0" w:color="1e3a5f"/>
              <w:right w:val="single" w:sz="24" w:space="0" w:color="1e3a5f"/>
            </w:tcBorders>
          </w:tcPr>
          <w:p>
            <w:pPr>
              <w:spacing w:before="0" w:after="120"/>
              <w:jc w:val="center"/>
            </w:pPr>
            <w:r/>
            <w:r>
              <w:rPr>
                <w:rFonts w:ascii="Georgia" w:hAnsi="Georgia"/>
                <w:b w:val="0"/>
                <w:color w:val="1E3A5F"/>
                <w:sz w:val="22"/>
              </w:rPr>
              <w:t>[NOMBRE DE LA INSTITUCION / ORGANIZACION]</w:t>
            </w:r>
          </w:p>
          <w:p>
            <w:pPr>
              <w:spacing w:before="0" w:after="80"/>
              <w:jc w:val="center"/>
              <w:pBdr>
                <w:bottom w:val="single" w:sz="8" w:space="1" w:color="3b82f6"/>
              </w:pBdr>
            </w:pPr>
          </w:p>
          <w:p>
            <w:pPr>
              <w:spacing w:before="80" w:after="80"/>
              <w:jc w:val="center"/>
            </w:pPr>
            <w:r>
              <w:rPr>
                <w:sz w:val="12"/>
              </w:rPr>
            </w:r>
          </w:p>
          <w:p>
            <w:pPr>
              <w:spacing w:before="120" w:after="40"/>
              <w:jc w:val="center"/>
            </w:pPr>
            <w:r>
              <w:rPr>
                <w:rFonts w:ascii="Georgia" w:hAnsi="Georgia"/>
                <w:b/>
                <w:color w:val="1E3A5F"/>
                <w:sz w:val="52"/>
              </w:rPr>
              <w:t>CERTIFICADO DE RECONOCIMIENTO</w:t>
            </w:r>
          </w:p>
          <w:p>
            <w:pPr>
              <w:spacing w:before="40" w:after="160"/>
              <w:jc w:val="center"/>
            </w:pPr>
            <w:r>
              <w:rPr>
                <w:rFonts w:ascii="Georgia" w:hAnsi="Georgia"/>
                <w:color w:val="3B82F6"/>
                <w:sz w:val="20"/>
              </w:rPr>
              <w:t>- - - - - - - - - - - - - - - - - - - - - - - - - - - -</w:t>
            </w:r>
          </w:p>
          <w:p>
            <w:pPr>
              <w:spacing w:before="80" w:after="120"/>
              <w:jc w:val="center"/>
            </w:pPr>
            <w:r>
              <w:rPr>
                <w:rFonts w:ascii="Georgia" w:hAnsi="Georgia"/>
                <w:color w:val="333333"/>
                <w:sz w:val="24"/>
              </w:rPr>
              <w:t>Se otorga el presente reconocimiento a [NOMBRE COMPLETO] por su destacada labor y compromiso profesional durante el periodo [PERIODO], habiendo demostrado excelencia, responsabilidad y dedicacion en el desempeno de sus funciones como [CARGO].</w:t>
            </w:r>
          </w:p>
          <w:p>
            <w:pPr>
              <w:spacing w:before="40" w:after="200"/>
              <w:jc w:val="center"/>
            </w:pPr>
            <w:r>
              <w:rPr>
                <w:rFonts w:ascii="Georgia" w:hAnsi="Georgia"/>
                <w:i/>
                <w:color w:val="555555"/>
                <w:sz w:val="22"/>
              </w:rPr>
              <w:t>Su contribucion ha sido fundamental para el logro de los objetivos institucionales.</w:t>
            </w:r>
          </w:p>
          <w:p>
            <w:pPr>
              <w:spacing w:before="80" w:after="160"/>
              <w:jc w:val="center"/>
              <w:pBdr>
                <w:top w:val="single" w:sz="8" w:space="1" w:color="3b82f6"/>
              </w:pBdr>
            </w:pPr>
          </w:p>
          <w:p>
            <w:pPr>
              <w:spacing w:before="80" w:after="40"/>
              <w:jc w:val="center"/>
            </w:pPr>
            <w:r>
              <w:rPr>
                <w:rFonts w:ascii="Georgia" w:hAnsi="Georgia"/>
                <w:color w:val="555555"/>
                <w:sz w:val="20"/>
              </w:rPr>
              <w:t>Lugar y fecha: [CIUDAD], [DIA] de [MES] de [ANIO]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7285"/>
              <w:gridCol w:w="7285"/>
            </w:tblGrid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1E3A5F"/>
                      <w:sz w:val="20"/>
                    </w:rPr>
                    <w:t>_________________________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1E3A5F"/>
                      <w:sz w:val="20"/>
                    </w:rPr>
                    <w:t>_________________________</w:t>
                  </w:r>
                </w:p>
              </w:tc>
            </w:tr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[DIRECTOR / RESPONSABLE]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[PARTICIPANTE]</w:t>
                  </w:r>
                </w:p>
              </w:tc>
            </w:tr>
          </w:tbl>
          <w:p/>
        </w:tc>
      </w:tr>
    </w:tbl>
    <w:sectPr w:rsidR="00FC693F" w:rsidRPr="0006063C" w:rsidSect="00034616">
      <w:pgSz w:w="16838" w:h="11906" w:orient="landscape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