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jc w:val="center"/>
        <w:tblLook w:firstColumn="1" w:firstRow="1" w:lastColumn="0" w:lastRow="0" w:noHBand="0" w:noVBand="1" w:val="04A0"/>
        <w:tblW w:w="5000" w:type="pct"/>
      </w:tblPr>
      <w:tblGrid>
        <w:gridCol w:w="14570"/>
      </w:tblGrid>
      <w:tr>
        <w:tc>
          <w:tcPr>
            <w:tcW w:type="dxa" w:w="14570"/>
            <w:tcMar>
              <w:top w:w="400" w:type="dxa"/>
              <w:left w:w="400" w:type="dxa"/>
              <w:bottom w:w="400" w:type="dxa"/>
              <w:right w:w="400" w:type="dxa"/>
            </w:tcMar>
            <w:tcBorders>
              <w:top w:val="single" w:sz="24" w:space="0" w:color="d97706"/>
              <w:bottom w:val="single" w:sz="24" w:space="0" w:color="d97706"/>
              <w:left w:val="single" w:sz="24" w:space="0" w:color="d97706"/>
              <w:right w:val="single" w:sz="24" w:space="0" w:color="d97706"/>
            </w:tcBorders>
          </w:tcPr>
          <w:p>
            <w:pPr>
              <w:spacing w:before="0" w:after="120"/>
              <w:jc w:val="center"/>
            </w:pPr>
            <w:r/>
            <w:r>
              <w:rPr>
                <w:rFonts w:ascii="Georgia" w:hAnsi="Georgia"/>
                <w:b w:val="0"/>
                <w:color w:val="D97706"/>
                <w:sz w:val="22"/>
              </w:rPr>
              <w:t>[NOMBRE DE LA INSTITUCION / ORGANIZACION]</w:t>
            </w:r>
          </w:p>
          <w:p>
            <w:pPr>
              <w:spacing w:before="0" w:after="80"/>
              <w:jc w:val="center"/>
              <w:pBdr>
                <w:bottom w:val="single" w:sz="8" w:space="1" w:color="fbbf24"/>
              </w:pBdr>
            </w:pPr>
          </w:p>
          <w:p>
            <w:pPr>
              <w:spacing w:before="80" w:after="80"/>
              <w:jc w:val="center"/>
            </w:pPr>
            <w:r>
              <w:rPr>
                <w:sz w:val="12"/>
              </w:rPr>
            </w:r>
          </w:p>
          <w:p>
            <w:pPr>
              <w:spacing w:before="120" w:after="40"/>
              <w:jc w:val="center"/>
            </w:pPr>
            <w:r>
              <w:rPr>
                <w:rFonts w:ascii="Georgia" w:hAnsi="Georgia"/>
                <w:b/>
                <w:color w:val="D97706"/>
                <w:sz w:val="52"/>
              </w:rPr>
              <w:t>CERTIFICADO DE PARTICIPACION</w:t>
            </w:r>
          </w:p>
          <w:p>
            <w:pPr>
              <w:spacing w:before="40" w:after="160"/>
              <w:jc w:val="center"/>
            </w:pPr>
            <w:r>
              <w:rPr>
                <w:rFonts w:ascii="Georgia" w:hAnsi="Georgia"/>
                <w:color w:val="FBBF24"/>
                <w:sz w:val="20"/>
              </w:rPr>
              <w:t>- - - - - - - - - - - - - - - - - - - - - - - - - - - -</w:t>
            </w:r>
          </w:p>
          <w:p>
            <w:pPr>
              <w:spacing w:before="80" w:after="120"/>
              <w:jc w:val="center"/>
            </w:pPr>
            <w:r>
              <w:rPr>
                <w:rFonts w:ascii="Georgia" w:hAnsi="Georgia"/>
                <w:color w:val="333333"/>
                <w:sz w:val="24"/>
              </w:rPr>
              <w:t>Se certifica que [NOMBRE COMPLETO] ha participado activamente en el curso/taller denominado "[NOMBRE DEL CURSO/TALLER]", realizado del [FECHA INICIO] al [FECHA FIN], con una carga horaria de [XX] horas.</w:t>
            </w:r>
          </w:p>
          <w:p>
            <w:pPr>
              <w:spacing w:before="40" w:after="200"/>
              <w:jc w:val="center"/>
            </w:pPr>
            <w:r>
              <w:rPr>
                <w:rFonts w:ascii="Georgia" w:hAnsi="Georgia"/>
                <w:i/>
                <w:color w:val="555555"/>
                <w:sz w:val="22"/>
              </w:rPr>
              <w:t>Durantesu participacion, ha demostrado compromiso y dedicacion en todas las actividades propuestas.</w:t>
            </w:r>
          </w:p>
          <w:p>
            <w:pPr>
              <w:spacing w:before="80" w:after="160"/>
              <w:jc w:val="center"/>
              <w:pBdr>
                <w:top w:val="single" w:sz="8" w:space="1" w:color="fbbf24"/>
              </w:pBdr>
            </w:pPr>
          </w:p>
          <w:p>
            <w:pPr>
              <w:spacing w:before="80" w:after="40"/>
              <w:jc w:val="center"/>
            </w:pPr>
            <w:r>
              <w:rPr>
                <w:rFonts w:ascii="Georgia" w:hAnsi="Georgia"/>
                <w:color w:val="555555"/>
                <w:sz w:val="20"/>
              </w:rPr>
              <w:t>Lugar y fecha: [CIUDAD], [DIA] de [MES] de [ANIO]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7285"/>
              <w:gridCol w:w="7285"/>
            </w:tblGrid>
            <w:tr>
              <w:tc>
                <w:tcPr>
                  <w:tcW w:type="dxa" w:w="6803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</w:tcPr>
                <w:p>
                  <w:pPr>
                    <w:spacing w:before="200" w:after="40"/>
                    <w:jc w:val="center"/>
                  </w:pPr>
                  <w:r/>
                  <w:r>
                    <w:rPr>
                      <w:rFonts w:ascii="Georgia" w:hAnsi="Georgia"/>
                      <w:color w:val="D97706"/>
                      <w:sz w:val="20"/>
                    </w:rPr>
                    <w:t>_________________________</w:t>
                  </w:r>
                </w:p>
              </w:tc>
              <w:tc>
                <w:tcPr>
                  <w:tcW w:type="dxa" w:w="6803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</w:tcPr>
                <w:p>
                  <w:pPr>
                    <w:spacing w:before="200" w:after="40"/>
                    <w:jc w:val="center"/>
                  </w:pPr>
                  <w:r/>
                  <w:r>
                    <w:rPr>
                      <w:rFonts w:ascii="Georgia" w:hAnsi="Georgia"/>
                      <w:color w:val="D97706"/>
                      <w:sz w:val="20"/>
                    </w:rPr>
                    <w:t>_________________________</w:t>
                  </w:r>
                </w:p>
              </w:tc>
            </w:tr>
            <w:tr>
              <w:tc>
                <w:tcPr>
                  <w:tcW w:type="dxa" w:w="6803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Georgia" w:hAnsi="Georgia"/>
                      <w:b/>
                      <w:color w:val="555555"/>
                      <w:sz w:val="18"/>
                    </w:rPr>
                    <w:t>[DIRECTOR / RESPONSABLE]</w:t>
                  </w:r>
                </w:p>
              </w:tc>
              <w:tc>
                <w:tcPr>
                  <w:tcW w:type="dxa" w:w="6803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Georgia" w:hAnsi="Georgia"/>
                      <w:b/>
                      <w:color w:val="555555"/>
                      <w:sz w:val="18"/>
                    </w:rPr>
                    <w:t>[PARTICIPANTE]</w:t>
                  </w:r>
                </w:p>
              </w:tc>
            </w:tr>
          </w:tbl>
          <w:p/>
        </w:tc>
      </w:tr>
    </w:tbl>
    <w:sectPr w:rsidR="00FC693F" w:rsidRPr="0006063C" w:rsidSect="00034616">
      <w:pgSz w:w="16838" w:h="11906" w:orient="landscape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