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059669"/>
              <w:bottom w:val="single" w:sz="24" w:space="0" w:color="059669"/>
              <w:left w:val="single" w:sz="24" w:space="0" w:color="059669"/>
              <w:right w:val="single" w:sz="24" w:space="0" w:color="059669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059669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34d399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059669"/>
                <w:sz w:val="52"/>
              </w:rPr>
              <w:t>CERTIFICADO DE FINALIZACION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34D399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Se certifica que [NOMBRE COMPLETO] ha finalizado satisfactoriamente el programa "[NOMBRE DEL PROGRAMA]", aprobando todas las evaluaciones con un promedio de [CALIFICACION].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El programa tuvo una duracion de [XX] horas reloj, del [FECHA INICIO] al [FECHA FIN].</w:t>
            </w:r>
          </w:p>
          <w:p>
            <w:pPr>
              <w:spacing w:before="80" w:after="160"/>
              <w:jc w:val="center"/>
              <w:pBdr>
                <w:top w:val="single" w:sz="8" w:space="1" w:color="34d399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059669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059669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