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jc w:val="center"/>
        <w:tblLook w:firstColumn="1" w:firstRow="1" w:lastColumn="0" w:lastRow="0" w:noHBand="0" w:noVBand="1" w:val="04A0"/>
        <w:tblW w:w="5000" w:type="pct"/>
      </w:tblPr>
      <w:tblGrid>
        <w:gridCol w:w="14570"/>
      </w:tblGrid>
      <w:tr>
        <w:tc>
          <w:tcPr>
            <w:tcW w:type="dxa" w:w="14570"/>
            <w:tcMar>
              <w:top w:w="400" w:type="dxa"/>
              <w:left w:w="400" w:type="dxa"/>
              <w:bottom w:w="400" w:type="dxa"/>
              <w:right w:w="400" w:type="dxa"/>
            </w:tcMar>
            <w:tcBorders>
              <w:top w:val="single" w:sz="24" w:space="0" w:color="7c3aed"/>
              <w:bottom w:val="single" w:sz="24" w:space="0" w:color="7c3aed"/>
              <w:left w:val="single" w:sz="24" w:space="0" w:color="7c3aed"/>
              <w:right w:val="single" w:sz="24" w:space="0" w:color="7c3aed"/>
            </w:tcBorders>
          </w:tcPr>
          <w:p>
            <w:pPr>
              <w:spacing w:before="0" w:after="120"/>
              <w:jc w:val="center"/>
            </w:pPr>
            <w:r/>
            <w:r>
              <w:rPr>
                <w:rFonts w:ascii="Georgia" w:hAnsi="Georgia"/>
                <w:b w:val="0"/>
                <w:color w:val="7C3AED"/>
                <w:sz w:val="22"/>
              </w:rPr>
              <w:t>[NOMBRE DE LA INSTITUCION / ORGANIZACION]</w:t>
            </w:r>
          </w:p>
          <w:p>
            <w:pPr>
              <w:spacing w:before="0" w:after="80"/>
              <w:jc w:val="center"/>
              <w:pBdr>
                <w:bottom w:val="single" w:sz="8" w:space="1" w:color="c084fc"/>
              </w:pBdr>
            </w:pPr>
          </w:p>
          <w:p>
            <w:pPr>
              <w:spacing w:before="80" w:after="80"/>
              <w:jc w:val="center"/>
            </w:pPr>
            <w:r>
              <w:rPr>
                <w:sz w:val="12"/>
              </w:rPr>
            </w:r>
          </w:p>
          <w:p>
            <w:pPr>
              <w:spacing w:before="120" w:after="40"/>
              <w:jc w:val="center"/>
            </w:pPr>
            <w:r>
              <w:rPr>
                <w:rFonts w:ascii="Georgia" w:hAnsi="Georgia"/>
                <w:b/>
                <w:color w:val="7C3AED"/>
                <w:sz w:val="52"/>
              </w:rPr>
              <w:t>CERTIFICADO DE EXCELENCIA ACADEMICA</w:t>
            </w:r>
          </w:p>
          <w:p>
            <w:pPr>
              <w:spacing w:before="40" w:after="160"/>
              <w:jc w:val="center"/>
            </w:pPr>
            <w:r>
              <w:rPr>
                <w:rFonts w:ascii="Georgia" w:hAnsi="Georgia"/>
                <w:color w:val="C084FC"/>
                <w:sz w:val="20"/>
              </w:rPr>
              <w:t>- - - - - - - - - - - - - - - - - - - - - - - - - - - -</w:t>
            </w:r>
          </w:p>
          <w:p>
            <w:pPr>
              <w:spacing w:before="80" w:after="120"/>
              <w:jc w:val="center"/>
            </w:pPr>
            <w:r>
              <w:rPr>
                <w:rFonts w:ascii="Georgia" w:hAnsi="Georgia"/>
                <w:color w:val="333333"/>
                <w:sz w:val="24"/>
              </w:rPr>
              <w:t>La [NOMBRE INSTITUCION] confiere el presente Certificado de Excelencia Academica a [NOMBRE COMPLETO] por haber demostrado un rendimiento academico sobresaliente, obteniendo las mas altas calificaciones en el area de [AREA/MATERIA] durante el periodo [PERIODO].</w:t>
            </w:r>
          </w:p>
          <w:p>
            <w:pPr>
              <w:spacing w:before="40" w:after="200"/>
              <w:jc w:val="center"/>
            </w:pPr>
            <w:r>
              <w:rPr>
                <w:rFonts w:ascii="Georgia" w:hAnsi="Georgia"/>
                <w:i/>
                <w:color w:val="555555"/>
                <w:sz w:val="22"/>
              </w:rPr>
              <w:t>Este reconocimiento premia su dedicacion, talento y compromiso con la excelencia educativa.</w:t>
            </w:r>
          </w:p>
          <w:p>
            <w:pPr>
              <w:spacing w:before="80" w:after="160"/>
              <w:jc w:val="center"/>
              <w:pBdr>
                <w:top w:val="single" w:sz="8" w:space="1" w:color="c084fc"/>
              </w:pBdr>
            </w:pPr>
          </w:p>
          <w:p>
            <w:pPr>
              <w:spacing w:before="80" w:after="40"/>
              <w:jc w:val="center"/>
            </w:pPr>
            <w:r>
              <w:rPr>
                <w:rFonts w:ascii="Georgia" w:hAnsi="Georgia"/>
                <w:color w:val="555555"/>
                <w:sz w:val="20"/>
              </w:rPr>
              <w:t>Lugar y fecha: [CIUDAD], [DIA] de [MES] de [ANIO]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7285"/>
              <w:gridCol w:w="7285"/>
            </w:tblGrid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7C3AED"/>
                      <w:sz w:val="20"/>
                    </w:rPr>
                    <w:t>_________________________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7C3AED"/>
                      <w:sz w:val="20"/>
                    </w:rPr>
                    <w:t>_________________________</w:t>
                  </w:r>
                </w:p>
              </w:tc>
            </w:tr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[DIRECTOR / RESPONSABLE]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[PARTICIPANTE]</w:t>
                  </w:r>
                </w:p>
              </w:tc>
            </w:tr>
          </w:tbl>
          <w:p/>
        </w:tc>
      </w:tr>
    </w:tbl>
    <w:sectPr w:rsidR="00FC693F" w:rsidRPr="0006063C" w:rsidSect="00034616">
      <w:pgSz w:w="16838" w:h="11906" w:orient="landscape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