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jc w:val="center"/>
        <w:tblLook w:firstColumn="1" w:firstRow="1" w:lastColumn="0" w:lastRow="0" w:noHBand="0" w:noVBand="1" w:val="04A0"/>
        <w:tblW w:w="5000" w:type="pct"/>
      </w:tblPr>
      <w:tblGrid>
        <w:gridCol w:w="14570"/>
      </w:tblGrid>
      <w:tr>
        <w:tc>
          <w:tcPr>
            <w:tcW w:type="dxa" w:w="14570"/>
            <w:tcMar>
              <w:top w:w="400" w:type="dxa"/>
              <w:left w:w="400" w:type="dxa"/>
              <w:bottom w:w="400" w:type="dxa"/>
              <w:right w:w="400" w:type="dxa"/>
            </w:tcMar>
            <w:tcBorders>
              <w:top w:val="single" w:sz="24" w:space="0" w:color="7f1d1d"/>
              <w:bottom w:val="single" w:sz="24" w:space="0" w:color="7f1d1d"/>
              <w:left w:val="single" w:sz="24" w:space="0" w:color="7f1d1d"/>
              <w:right w:val="single" w:sz="24" w:space="0" w:color="7f1d1d"/>
            </w:tcBorders>
          </w:tcPr>
          <w:p>
            <w:pPr>
              <w:spacing w:before="0" w:after="120"/>
              <w:jc w:val="center"/>
            </w:pPr>
            <w:r/>
            <w:r>
              <w:rPr>
                <w:rFonts w:ascii="Georgia" w:hAnsi="Georgia"/>
                <w:b w:val="0"/>
                <w:color w:val="7F1D1D"/>
                <w:sz w:val="22"/>
              </w:rPr>
              <w:t>[NOMBRE DE LA INSTITUCION / ORGANIZACION]</w:t>
            </w:r>
          </w:p>
          <w:p>
            <w:pPr>
              <w:spacing w:before="0" w:after="80"/>
              <w:jc w:val="center"/>
              <w:pBdr>
                <w:bottom w:val="single" w:sz="8" w:space="1" w:color="dc2626"/>
              </w:pBdr>
            </w:pPr>
          </w:p>
          <w:p>
            <w:pPr>
              <w:spacing w:before="80" w:after="80"/>
              <w:jc w:val="center"/>
            </w:pPr>
            <w:r>
              <w:rPr>
                <w:sz w:val="12"/>
              </w:rPr>
            </w:r>
          </w:p>
          <w:p>
            <w:pPr>
              <w:spacing w:before="120" w:after="40"/>
              <w:jc w:val="center"/>
            </w:pPr>
            <w:r>
              <w:rPr>
                <w:rFonts w:ascii="Georgia" w:hAnsi="Georgia"/>
                <w:b/>
                <w:color w:val="7F1D1D"/>
                <w:sz w:val="52"/>
              </w:rPr>
              <w:t>DIPLOMA DE HONOR</w:t>
            </w:r>
          </w:p>
          <w:p>
            <w:pPr>
              <w:spacing w:before="40" w:after="160"/>
              <w:jc w:val="center"/>
            </w:pPr>
            <w:r>
              <w:rPr>
                <w:rFonts w:ascii="Georgia" w:hAnsi="Georgia"/>
                <w:color w:val="DC2626"/>
                <w:sz w:val="20"/>
              </w:rPr>
              <w:t>- - - - - - - - - - - - - - - - - - - - - - - - - - - -</w:t>
            </w:r>
          </w:p>
          <w:p>
            <w:pPr>
              <w:spacing w:before="80" w:after="120"/>
              <w:jc w:val="center"/>
            </w:pPr>
            <w:r>
              <w:rPr>
                <w:rFonts w:ascii="Georgia" w:hAnsi="Georgia"/>
                <w:color w:val="333333"/>
                <w:sz w:val="24"/>
              </w:rPr>
              <w:t>La institucion [NOMBRE INSTITUCION] otorga el presente Diploma de Honor a [NOMBRE COMPLETO] por haber obtenido el mejor promedio academico en la carrera/especialidad de [CARRERA/ESPECIALIDAD] durante el ciclo lectivo [ANIO].</w:t>
            </w:r>
          </w:p>
          <w:p>
            <w:pPr>
              <w:spacing w:before="40" w:after="200"/>
              <w:jc w:val="center"/>
            </w:pPr>
            <w:r>
              <w:rPr>
                <w:rFonts w:ascii="Georgia" w:hAnsi="Georgia"/>
                <w:i/>
                <w:color w:val="555555"/>
                <w:sz w:val="22"/>
              </w:rPr>
              <w:t>En reconocimiento a su dedicacion, esfuerzo y excepcional desempeno academico.</w:t>
            </w:r>
          </w:p>
          <w:p>
            <w:pPr>
              <w:spacing w:before="80" w:after="160"/>
              <w:jc w:val="center"/>
              <w:pBdr>
                <w:top w:val="single" w:sz="8" w:space="1" w:color="dc2626"/>
              </w:pBdr>
            </w:pPr>
          </w:p>
          <w:p>
            <w:pPr>
              <w:spacing w:before="80" w:after="40"/>
              <w:jc w:val="center"/>
            </w:pPr>
            <w:r>
              <w:rPr>
                <w:rFonts w:ascii="Georgia" w:hAnsi="Georgia"/>
                <w:color w:val="555555"/>
                <w:sz w:val="20"/>
              </w:rPr>
              <w:t>Lugar y fecha: [CIUDAD], [DIA] de [MES] de [ANIO]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7285"/>
              <w:gridCol w:w="7285"/>
            </w:tblGrid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7F1D1D"/>
                      <w:sz w:val="20"/>
                    </w:rPr>
                    <w:t>_________________________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7F1D1D"/>
                      <w:sz w:val="20"/>
                    </w:rPr>
                    <w:t>_________________________</w:t>
                  </w:r>
                </w:p>
              </w:tc>
            </w:tr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[DIRECTOR / RESPONSABLE]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[PARTICIPANTE]</w:t>
                  </w:r>
                </w:p>
              </w:tc>
            </w:tr>
          </w:tbl>
          <w:p/>
        </w:tc>
      </w:tr>
    </w:tbl>
    <w:sectPr w:rsidR="00FC693F" w:rsidRPr="0006063C" w:rsidSect="00034616">
      <w:pgSz w:w="16838" w:h="11906" w:orient="landscape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