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jc w:val="center"/>
        <w:tblLook w:firstColumn="1" w:firstRow="1" w:lastColumn="0" w:lastRow="0" w:noHBand="0" w:noVBand="1" w:val="04A0"/>
        <w:tblW w:w="5000" w:type="pct"/>
      </w:tblPr>
      <w:tblGrid>
        <w:gridCol w:w="14570"/>
      </w:tblGrid>
      <w:tr>
        <w:tc>
          <w:tcPr>
            <w:tcW w:type="dxa" w:w="14570"/>
            <w:tcMar>
              <w:top w:w="400" w:type="dxa"/>
              <w:left w:w="400" w:type="dxa"/>
              <w:bottom w:w="400" w:type="dxa"/>
              <w:right w:w="400" w:type="dxa"/>
            </w:tcMar>
            <w:tcBorders>
              <w:top w:val="single" w:sz="24" w:space="0" w:color="4b5563"/>
              <w:bottom w:val="single" w:sz="24" w:space="0" w:color="4b5563"/>
              <w:left w:val="single" w:sz="24" w:space="0" w:color="4b5563"/>
              <w:right w:val="single" w:sz="24" w:space="0" w:color="4b5563"/>
            </w:tcBorders>
          </w:tcPr>
          <w:p>
            <w:pPr>
              <w:spacing w:before="0" w:after="120"/>
              <w:jc w:val="center"/>
            </w:pPr>
            <w:r/>
            <w:r>
              <w:rPr>
                <w:rFonts w:ascii="Georgia" w:hAnsi="Georgia"/>
                <w:b w:val="0"/>
                <w:color w:val="4B5563"/>
                <w:sz w:val="22"/>
              </w:rPr>
              <w:t>[NOMBRE DE LA INSTITUCION / ORGANIZACION]</w:t>
            </w:r>
          </w:p>
          <w:p>
            <w:pPr>
              <w:spacing w:before="0" w:after="80"/>
              <w:jc w:val="center"/>
              <w:pBdr>
                <w:bottom w:val="single" w:sz="8" w:space="1" w:color="9ca3af"/>
              </w:pBdr>
            </w:pPr>
          </w:p>
          <w:p>
            <w:pPr>
              <w:spacing w:before="80" w:after="80"/>
              <w:jc w:val="center"/>
            </w:pPr>
            <w:r>
              <w:rPr>
                <w:sz w:val="12"/>
              </w:rPr>
            </w:r>
          </w:p>
          <w:p>
            <w:pPr>
              <w:spacing w:before="120" w:after="40"/>
              <w:jc w:val="center"/>
            </w:pPr>
            <w:r>
              <w:rPr>
                <w:rFonts w:ascii="Georgia" w:hAnsi="Georgia"/>
                <w:b/>
                <w:color w:val="4B5563"/>
                <w:sz w:val="52"/>
              </w:rPr>
              <w:t>CONSTANCIA DE TRABAJO</w:t>
            </w:r>
          </w:p>
          <w:p>
            <w:pPr>
              <w:spacing w:before="40" w:after="160"/>
              <w:jc w:val="center"/>
            </w:pPr>
            <w:r>
              <w:rPr>
                <w:rFonts w:ascii="Georgia" w:hAnsi="Georgia"/>
                <w:color w:val="9CA3AF"/>
                <w:sz w:val="20"/>
              </w:rPr>
              <w:t>- - - - - - - - - - - - - - - - - - - - - - - - - - - -</w:t>
            </w:r>
          </w:p>
          <w:p>
            <w:pPr>
              <w:spacing w:before="80" w:after="120"/>
              <w:jc w:val="center"/>
            </w:pPr>
            <w:r>
              <w:rPr>
                <w:rFonts w:ascii="Georgia" w:hAnsi="Georgia"/>
                <w:color w:val="333333"/>
                <w:sz w:val="24"/>
              </w:rPr>
              <w:t>Por medio de la presente se deja constancia que [NOMBRE COMPLETO], DNI [NUMERO DNI], se desempena en esta institucion como [CARGO/PUESTO] desde el [FECHA DE INGRESO] hasta la fecha, percibiendo una remuneracion mensual de [MONTO].</w:t>
            </w:r>
          </w:p>
          <w:p>
            <w:pPr>
              <w:spacing w:before="40" w:after="200"/>
              <w:jc w:val="center"/>
            </w:pPr>
            <w:r>
              <w:rPr>
                <w:rFonts w:ascii="Georgia" w:hAnsi="Georgia"/>
                <w:i/>
                <w:color w:val="555555"/>
                <w:sz w:val="22"/>
              </w:rPr>
              <w:t>Se extiende la presente a solicitud del interesado para los fines que considere pertinentes.</w:t>
            </w:r>
          </w:p>
          <w:p>
            <w:pPr>
              <w:spacing w:before="80" w:after="160"/>
              <w:jc w:val="center"/>
              <w:pBdr>
                <w:top w:val="single" w:sz="8" w:space="1" w:color="9ca3af"/>
              </w:pBdr>
            </w:pPr>
          </w:p>
          <w:p>
            <w:pPr>
              <w:spacing w:before="80" w:after="40"/>
              <w:jc w:val="center"/>
            </w:pPr>
            <w:r>
              <w:rPr>
                <w:rFonts w:ascii="Georgia" w:hAnsi="Georgia"/>
                <w:color w:val="555555"/>
                <w:sz w:val="20"/>
              </w:rPr>
              <w:t>Lugar y fecha: [CIUDAD], [DIA] de [MES] de [ANIO]</w:t>
            </w:r>
          </w:p>
          <w:tbl>
            <w:tblPr>
              <w:tblW w:type="auto" w:w="0"/>
              <w:jc w:val="center"/>
              <w:tblLook w:firstColumn="1" w:firstRow="1" w:lastColumn="0" w:lastRow="0" w:noHBand="0" w:noVBand="1" w:val="04A0"/>
            </w:tblPr>
            <w:tblGrid>
              <w:gridCol w:w="7285"/>
              <w:gridCol w:w="7285"/>
            </w:tblGrid>
            <w:tr>
              <w:tc>
                <w:tcPr>
                  <w:tcW w:type="dxa" w:w="6803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</w:tcPr>
                <w:p>
                  <w:pPr>
                    <w:spacing w:before="200" w:after="40"/>
                    <w:jc w:val="center"/>
                  </w:pPr>
                  <w:r/>
                  <w:r>
                    <w:rPr>
                      <w:rFonts w:ascii="Georgia" w:hAnsi="Georgia"/>
                      <w:color w:val="4B5563"/>
                      <w:sz w:val="20"/>
                    </w:rPr>
                    <w:t>_________________________</w:t>
                  </w:r>
                </w:p>
              </w:tc>
              <w:tc>
                <w:tcPr>
                  <w:tcW w:type="dxa" w:w="6803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</w:tcPr>
                <w:p>
                  <w:pPr>
                    <w:spacing w:before="200" w:after="40"/>
                    <w:jc w:val="center"/>
                  </w:pPr>
                  <w:r/>
                  <w:r>
                    <w:rPr>
                      <w:rFonts w:ascii="Georgia" w:hAnsi="Georgia"/>
                      <w:color w:val="4B5563"/>
                      <w:sz w:val="20"/>
                    </w:rPr>
                    <w:t>_________________________</w:t>
                  </w:r>
                </w:p>
              </w:tc>
            </w:tr>
            <w:tr>
              <w:tc>
                <w:tcPr>
                  <w:tcW w:type="dxa" w:w="6803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Georgia" w:hAnsi="Georgia"/>
                      <w:b/>
                      <w:color w:val="555555"/>
                      <w:sz w:val="18"/>
                    </w:rPr>
                    <w:t>[DIRECTOR / RESPONSABLE]</w:t>
                  </w:r>
                </w:p>
              </w:tc>
              <w:tc>
                <w:tcPr>
                  <w:tcW w:type="dxa" w:w="6803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</w:tcPr>
                <w:p>
                  <w:pPr>
                    <w:spacing w:before="0" w:after="0"/>
                    <w:jc w:val="center"/>
                  </w:pPr>
                  <w:r/>
                  <w:r>
                    <w:rPr>
                      <w:rFonts w:ascii="Georgia" w:hAnsi="Georgia"/>
                      <w:b/>
                      <w:color w:val="555555"/>
                      <w:sz w:val="18"/>
                    </w:rPr>
                    <w:t>[PARTICIPANTE]</w:t>
                  </w:r>
                </w:p>
              </w:tc>
            </w:tr>
          </w:tbl>
          <w:p/>
        </w:tc>
      </w:tr>
    </w:tbl>
    <w:sectPr w:rsidR="00FC693F" w:rsidRPr="0006063C" w:rsidSect="00034616">
      <w:pgSz w:w="16838" w:h="11906" w:orient="landscape"/>
      <w:pgMar w:top="850" w:right="1134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