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5000" w:type="pct"/>
      </w:tblPr>
      <w:tblGrid>
        <w:gridCol w:w="14570"/>
      </w:tblGrid>
      <w:tr>
        <w:tc>
          <w:tcPr>
            <w:tcW w:type="dxa" w:w="14570"/>
            <w:tcMar>
              <w:top w:w="400" w:type="dxa"/>
              <w:left w:w="400" w:type="dxa"/>
              <w:bottom w:w="400" w:type="dxa"/>
              <w:right w:w="400" w:type="dxa"/>
            </w:tcMar>
            <w:tcBorders>
              <w:top w:val="single" w:sz="24" w:space="0" w:color="4f46e5"/>
              <w:bottom w:val="single" w:sz="24" w:space="0" w:color="4f46e5"/>
              <w:left w:val="single" w:sz="24" w:space="0" w:color="4f46e5"/>
              <w:right w:val="single" w:sz="24" w:space="0" w:color="4f46e5"/>
            </w:tcBorders>
          </w:tcPr>
          <w:p>
            <w:pPr>
              <w:spacing w:before="0" w:after="120"/>
              <w:jc w:val="center"/>
            </w:pPr>
            <w:r/>
            <w:r>
              <w:rPr>
                <w:rFonts w:ascii="Georgia" w:hAnsi="Georgia"/>
                <w:b w:val="0"/>
                <w:color w:val="4F46E5"/>
                <w:sz w:val="22"/>
              </w:rPr>
              <w:t>[NOMBRE DE LA INSTITUCION / ORGANIZACION]</w:t>
            </w:r>
          </w:p>
          <w:p>
            <w:pPr>
              <w:spacing w:before="0" w:after="80"/>
              <w:jc w:val="center"/>
              <w:pBdr>
                <w:bottom w:val="single" w:sz="8" w:space="1" w:color="818cf8"/>
              </w:pBdr>
            </w:pPr>
          </w:p>
          <w:p>
            <w:pPr>
              <w:spacing w:before="80" w:after="80"/>
              <w:jc w:val="center"/>
            </w:pPr>
            <w:r>
              <w:rPr>
                <w:sz w:val="12"/>
              </w:rPr>
            </w:r>
          </w:p>
          <w:p>
            <w:pPr>
              <w:spacing w:before="120" w:after="40"/>
              <w:jc w:val="center"/>
            </w:pPr>
            <w:r>
              <w:rPr>
                <w:rFonts w:ascii="Georgia" w:hAnsi="Georgia"/>
                <w:b/>
                <w:color w:val="4F46E5"/>
                <w:sz w:val="52"/>
              </w:rPr>
              <w:t>CERTIFICADO DE CAPACITACION</w:t>
            </w:r>
          </w:p>
          <w:p>
            <w:pPr>
              <w:spacing w:before="40" w:after="160"/>
              <w:jc w:val="center"/>
            </w:pPr>
            <w:r>
              <w:rPr>
                <w:rFonts w:ascii="Georgia" w:hAnsi="Georgia"/>
                <w:color w:val="818CF8"/>
                <w:sz w:val="20"/>
              </w:rPr>
              <w:t>- - - - - - - - - - - - - - - - - - - - - - - - - - - -</w:t>
            </w:r>
          </w:p>
          <w:p>
            <w:pPr>
              <w:spacing w:before="80" w:after="120"/>
              <w:jc w:val="center"/>
            </w:pPr>
            <w:r>
              <w:rPr>
                <w:rFonts w:ascii="Georgia" w:hAnsi="Georgia"/>
                <w:color w:val="333333"/>
                <w:sz w:val="24"/>
              </w:rPr>
              <w:t>Se certifica que [NOMBRE COMPLETO] ha completado exitosamente la capacitacion denominada "[NOMBRE DE LA CAPACITACION]", organizada por el area de [AREA/DEPARTAMENTO] de [NOMBRE EMPRESA].</w:t>
            </w:r>
          </w:p>
          <w:p>
            <w:pPr>
              <w:spacing w:before="40" w:after="200"/>
              <w:jc w:val="center"/>
            </w:pPr>
            <w:r>
              <w:rPr>
                <w:rFonts w:ascii="Georgia" w:hAnsi="Georgia"/>
                <w:i/>
                <w:color w:val="555555"/>
                <w:sz w:val="22"/>
              </w:rPr>
              <w:t>La capacitacion se llevo a cabo del [FECHA INICIO] al [FECHA FIN], con una duracion total de [XX] horas.</w:t>
            </w:r>
          </w:p>
          <w:p>
            <w:pPr>
              <w:spacing w:before="80" w:after="160"/>
              <w:jc w:val="center"/>
              <w:pBdr>
                <w:top w:val="single" w:sz="8" w:space="1" w:color="818cf8"/>
              </w:pBdr>
            </w:pPr>
          </w:p>
          <w:p>
            <w:pPr>
              <w:spacing w:before="80" w:after="40"/>
              <w:jc w:val="center"/>
            </w:pPr>
            <w:r>
              <w:rPr>
                <w:rFonts w:ascii="Georgia" w:hAnsi="Georgia"/>
                <w:color w:val="555555"/>
                <w:sz w:val="20"/>
              </w:rPr>
              <w:t>Lugar y fecha: [CIUDAD], [DIA] de [MES] de [ANIO]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7285"/>
              <w:gridCol w:w="7285"/>
            </w:tblGrid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4F46E5"/>
                      <w:sz w:val="20"/>
                    </w:rPr>
                    <w:t>_________________________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4F46E5"/>
                      <w:sz w:val="20"/>
                    </w:rPr>
                    <w:t>_________________________</w:t>
                  </w:r>
                </w:p>
              </w:tc>
            </w:tr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[DIRECTOR / RESPONSABLE]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[PARTICIPANTE]</w:t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